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7D415" w14:textId="741CA798" w:rsidR="00E72190" w:rsidRDefault="007C612B" w:rsidP="007C612B">
      <w:pPr>
        <w:jc w:val="center"/>
      </w:pPr>
      <w:r>
        <w:rPr>
          <w:noProof/>
        </w:rPr>
        <w:drawing>
          <wp:inline distT="0" distB="0" distL="0" distR="0" wp14:anchorId="0A565787" wp14:editId="24BAD8A5">
            <wp:extent cx="1850065" cy="946562"/>
            <wp:effectExtent l="0" t="0" r="0" b="6350"/>
            <wp:docPr id="1753011091" name="Picture 2" descr="A logo with grey and re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011091" name="Picture 2" descr="A logo with grey and red dots&#10;&#10;AI-generated content may be incorrect."/>
                    <pic:cNvPicPr/>
                  </pic:nvPicPr>
                  <pic:blipFill rotWithShape="1">
                    <a:blip r:embed="rId8"/>
                    <a:srcRect t="28876" b="19960"/>
                    <a:stretch/>
                  </pic:blipFill>
                  <pic:spPr bwMode="auto">
                    <a:xfrm>
                      <a:off x="0" y="0"/>
                      <a:ext cx="1955080" cy="1000291"/>
                    </a:xfrm>
                    <a:prstGeom prst="rect">
                      <a:avLst/>
                    </a:prstGeom>
                    <a:ln>
                      <a:noFill/>
                    </a:ln>
                    <a:extLst>
                      <a:ext uri="{53640926-AAD7-44D8-BBD7-CCE9431645EC}">
                        <a14:shadowObscured xmlns:a14="http://schemas.microsoft.com/office/drawing/2010/main"/>
                      </a:ext>
                    </a:extLst>
                  </pic:spPr>
                </pic:pic>
              </a:graphicData>
            </a:graphic>
          </wp:inline>
        </w:drawing>
      </w:r>
      <w:r>
        <w:br/>
      </w:r>
    </w:p>
    <w:p w14:paraId="5BBCC73D" w14:textId="31D1241D" w:rsidR="00076612" w:rsidRDefault="00076612" w:rsidP="00076612">
      <w:pPr>
        <w:jc w:val="center"/>
      </w:pPr>
      <w:r>
        <w:rPr>
          <w:b/>
          <w:sz w:val="32"/>
        </w:rPr>
        <w:t xml:space="preserve">UKPS </w:t>
      </w:r>
      <w:r w:rsidR="00000000">
        <w:rPr>
          <w:b/>
          <w:sz w:val="32"/>
        </w:rPr>
        <w:t>Travel Grant Application Form</w:t>
      </w:r>
    </w:p>
    <w:p w14:paraId="72BC13C8" w14:textId="77777777" w:rsidR="00E72190" w:rsidRPr="007C612B" w:rsidRDefault="00000000" w:rsidP="007C612B">
      <w:pPr>
        <w:pStyle w:val="Heading2"/>
        <w:ind w:left="-851" w:right="-858"/>
        <w:jc w:val="both"/>
        <w:rPr>
          <w:color w:val="C00000"/>
        </w:rPr>
      </w:pPr>
      <w:r w:rsidRPr="007C612B">
        <w:rPr>
          <w:color w:val="C00000"/>
        </w:rPr>
        <w:t>Purpose of the Grant</w:t>
      </w:r>
    </w:p>
    <w:p w14:paraId="2B6F06ED" w14:textId="55A70AF0" w:rsidR="00076612" w:rsidRPr="00076612" w:rsidRDefault="007C612B" w:rsidP="00076612">
      <w:pPr>
        <w:ind w:left="-851" w:right="-858"/>
        <w:jc w:val="both"/>
        <w:rPr>
          <w:rFonts w:ascii="Calibri" w:hAnsi="Calibri" w:cs="Calibri"/>
          <w:color w:val="000000"/>
        </w:rPr>
      </w:pPr>
      <w:r w:rsidRPr="00076612">
        <w:rPr>
          <w:rFonts w:asciiTheme="majorHAnsi" w:hAnsiTheme="majorHAnsi" w:cstheme="majorHAnsi"/>
          <w:color w:val="000000"/>
        </w:rPr>
        <w:t xml:space="preserve">The UK Photopheresis Society (UKPS) Travel Grant aims to support healthcare professionals and researchers engaged in photopheresis or related fields. This grant is intended to assist with the costs associated with attending national or international conferences, workshops, or scientific meetings that enhance understanding and advancement of photopheresis. Funding may be requested for registration fees, travel expenses, accommodation, and other related costs. </w:t>
      </w:r>
    </w:p>
    <w:p w14:paraId="751860CF" w14:textId="77777777" w:rsidR="00076612" w:rsidRDefault="00076612" w:rsidP="00076612">
      <w:pPr>
        <w:ind w:left="-851" w:right="-858"/>
        <w:rPr>
          <w:rFonts w:ascii="Calibri" w:hAnsi="Calibri" w:cs="Calibri"/>
          <w:color w:val="000000"/>
        </w:rPr>
      </w:pPr>
      <w:r w:rsidRPr="00076612">
        <w:rPr>
          <w:rFonts w:ascii="Calibri" w:hAnsi="Calibri" w:cs="Calibri"/>
          <w:color w:val="000000"/>
        </w:rPr>
        <w:t>The grant aims to promote:</w:t>
      </w:r>
    </w:p>
    <w:p w14:paraId="58B15DD1" w14:textId="77777777" w:rsidR="00076612" w:rsidRDefault="00076612" w:rsidP="00076612">
      <w:pPr>
        <w:pStyle w:val="ListParagraph"/>
        <w:numPr>
          <w:ilvl w:val="0"/>
          <w:numId w:val="11"/>
        </w:numPr>
        <w:ind w:right="-858"/>
        <w:rPr>
          <w:rFonts w:ascii="Calibri" w:hAnsi="Calibri" w:cs="Calibri"/>
          <w:color w:val="000000"/>
        </w:rPr>
      </w:pPr>
      <w:r w:rsidRPr="00076612">
        <w:rPr>
          <w:rFonts w:ascii="Calibri" w:hAnsi="Calibri" w:cs="Calibri"/>
          <w:color w:val="000000"/>
        </w:rPr>
        <w:t>Professional development</w:t>
      </w:r>
    </w:p>
    <w:p w14:paraId="3690D1AA" w14:textId="77777777" w:rsidR="00076612" w:rsidRDefault="00076612" w:rsidP="00076612">
      <w:pPr>
        <w:pStyle w:val="ListParagraph"/>
        <w:numPr>
          <w:ilvl w:val="0"/>
          <w:numId w:val="11"/>
        </w:numPr>
        <w:ind w:right="-858"/>
        <w:rPr>
          <w:rFonts w:ascii="Calibri" w:hAnsi="Calibri" w:cs="Calibri"/>
          <w:color w:val="000000"/>
        </w:rPr>
      </w:pPr>
      <w:r w:rsidRPr="00076612">
        <w:rPr>
          <w:rFonts w:ascii="Calibri" w:hAnsi="Calibri" w:cs="Calibri"/>
          <w:color w:val="000000"/>
        </w:rPr>
        <w:t>Scientific collaboration</w:t>
      </w:r>
    </w:p>
    <w:p w14:paraId="3BCB74FB" w14:textId="77777777" w:rsidR="00076612" w:rsidRDefault="00076612" w:rsidP="00076612">
      <w:pPr>
        <w:pStyle w:val="ListParagraph"/>
        <w:numPr>
          <w:ilvl w:val="0"/>
          <w:numId w:val="11"/>
        </w:numPr>
        <w:ind w:right="-858"/>
        <w:rPr>
          <w:rFonts w:ascii="Calibri" w:hAnsi="Calibri" w:cs="Calibri"/>
          <w:color w:val="000000"/>
        </w:rPr>
      </w:pPr>
      <w:r w:rsidRPr="00076612">
        <w:rPr>
          <w:rFonts w:ascii="Calibri" w:hAnsi="Calibri" w:cs="Calibri"/>
          <w:color w:val="000000"/>
        </w:rPr>
        <w:t>Research dissemination</w:t>
      </w:r>
    </w:p>
    <w:p w14:paraId="046B3C74" w14:textId="2680AF48" w:rsidR="00076612" w:rsidRDefault="00076612" w:rsidP="00076612">
      <w:pPr>
        <w:pStyle w:val="ListParagraph"/>
        <w:numPr>
          <w:ilvl w:val="0"/>
          <w:numId w:val="11"/>
        </w:numPr>
        <w:ind w:right="-858"/>
        <w:rPr>
          <w:rFonts w:ascii="Calibri" w:hAnsi="Calibri" w:cs="Calibri"/>
          <w:color w:val="000000"/>
        </w:rPr>
      </w:pPr>
      <w:r w:rsidRPr="00076612">
        <w:rPr>
          <w:rFonts w:ascii="Calibri" w:hAnsi="Calibri" w:cs="Calibri"/>
          <w:color w:val="000000"/>
        </w:rPr>
        <w:t>Advancement of photopheresis practice and patient care</w:t>
      </w:r>
    </w:p>
    <w:p w14:paraId="5EA3C1A4" w14:textId="77777777" w:rsidR="00076612" w:rsidRPr="00076612" w:rsidRDefault="00076612" w:rsidP="00076612">
      <w:pPr>
        <w:pStyle w:val="ListParagraph"/>
        <w:ind w:right="-858"/>
        <w:rPr>
          <w:rFonts w:ascii="Calibri" w:hAnsi="Calibri" w:cs="Calibri"/>
          <w:color w:val="000000"/>
        </w:rPr>
      </w:pPr>
    </w:p>
    <w:p w14:paraId="3258C852" w14:textId="65692C64" w:rsidR="00076612" w:rsidRPr="00076612" w:rsidRDefault="00076612" w:rsidP="00076612">
      <w:pPr>
        <w:ind w:left="-851" w:right="-858"/>
        <w:jc w:val="center"/>
        <w:rPr>
          <w:rFonts w:asciiTheme="majorHAnsi" w:hAnsiTheme="majorHAnsi" w:cstheme="majorHAnsi"/>
          <w:b/>
          <w:bCs/>
          <w:color w:val="000000"/>
        </w:rPr>
      </w:pPr>
      <w:r w:rsidRPr="00076612">
        <w:rPr>
          <w:rFonts w:asciiTheme="majorHAnsi" w:hAnsiTheme="majorHAnsi" w:cstheme="majorHAnsi"/>
          <w:b/>
          <w:bCs/>
          <w:color w:val="000000"/>
        </w:rPr>
        <w:t>Priority will be given to applicants presenting original research (poster/oral presentation) or demonstrating clear relevance to advancing photopheresis practice, education, or research.</w:t>
      </w:r>
    </w:p>
    <w:p w14:paraId="3A4ECCE5" w14:textId="77777777" w:rsidR="00076612" w:rsidRDefault="00076612" w:rsidP="00076612">
      <w:pPr>
        <w:ind w:right="-858"/>
        <w:jc w:val="both"/>
      </w:pPr>
    </w:p>
    <w:p w14:paraId="6057723F" w14:textId="74345403" w:rsidR="007C612B" w:rsidRDefault="00000000" w:rsidP="00076612">
      <w:pPr>
        <w:pStyle w:val="Heading2"/>
        <w:ind w:left="-851" w:right="-858"/>
        <w:jc w:val="both"/>
        <w:rPr>
          <w:color w:val="C00000"/>
        </w:rPr>
      </w:pPr>
      <w:r w:rsidRPr="007C612B">
        <w:rPr>
          <w:color w:val="C00000"/>
        </w:rPr>
        <w:t>SECTION 1: APPLICANT DETAILS</w:t>
      </w:r>
    </w:p>
    <w:p w14:paraId="7635ABE0" w14:textId="77777777" w:rsidR="00076612" w:rsidRPr="00076612" w:rsidRDefault="00076612" w:rsidP="00076612"/>
    <w:p w14:paraId="3AB951E0" w14:textId="15C6CBA8" w:rsidR="007C612B" w:rsidRPr="00076612" w:rsidRDefault="00000000" w:rsidP="007C612B">
      <w:pPr>
        <w:ind w:left="-851" w:right="-858"/>
        <w:jc w:val="both"/>
        <w:rPr>
          <w:rFonts w:ascii="Calibri" w:hAnsi="Calibri" w:cs="Calibri"/>
        </w:rPr>
      </w:pPr>
      <w:r w:rsidRPr="00076612">
        <w:rPr>
          <w:rFonts w:ascii="Calibri" w:hAnsi="Calibri" w:cs="Calibri"/>
        </w:rPr>
        <w:t>Full Name (Dr/</w:t>
      </w:r>
      <w:proofErr w:type="spellStart"/>
      <w:r w:rsidRPr="00076612">
        <w:rPr>
          <w:rFonts w:ascii="Calibri" w:hAnsi="Calibri" w:cs="Calibri"/>
        </w:rPr>
        <w:t>Mr</w:t>
      </w:r>
      <w:proofErr w:type="spellEnd"/>
      <w:r w:rsidRPr="00076612">
        <w:rPr>
          <w:rFonts w:ascii="Calibri" w:hAnsi="Calibri" w:cs="Calibri"/>
        </w:rPr>
        <w:t>/</w:t>
      </w:r>
      <w:proofErr w:type="spellStart"/>
      <w:r w:rsidRPr="00076612">
        <w:rPr>
          <w:rFonts w:ascii="Calibri" w:hAnsi="Calibri" w:cs="Calibri"/>
        </w:rPr>
        <w:t>Mrs</w:t>
      </w:r>
      <w:proofErr w:type="spellEnd"/>
      <w:r w:rsidRPr="00076612">
        <w:rPr>
          <w:rFonts w:ascii="Calibri" w:hAnsi="Calibri" w:cs="Calibri"/>
        </w:rPr>
        <w:t>/</w:t>
      </w:r>
      <w:proofErr w:type="spellStart"/>
      <w:r w:rsidRPr="00076612">
        <w:rPr>
          <w:rFonts w:ascii="Calibri" w:hAnsi="Calibri" w:cs="Calibri"/>
        </w:rPr>
        <w:t>Ms</w:t>
      </w:r>
      <w:proofErr w:type="spellEnd"/>
      <w:r w:rsidRPr="00076612">
        <w:rPr>
          <w:rFonts w:ascii="Calibri" w:hAnsi="Calibri" w:cs="Calibri"/>
        </w:rPr>
        <w:t>/Other):</w:t>
      </w:r>
    </w:p>
    <w:p w14:paraId="255C5586" w14:textId="067FADAC" w:rsidR="007C612B" w:rsidRPr="00076612" w:rsidRDefault="00000000" w:rsidP="007C612B">
      <w:pPr>
        <w:ind w:left="-851" w:right="-858"/>
        <w:jc w:val="both"/>
        <w:rPr>
          <w:rFonts w:ascii="Calibri" w:hAnsi="Calibri" w:cs="Calibri"/>
        </w:rPr>
      </w:pPr>
      <w:r w:rsidRPr="00076612">
        <w:rPr>
          <w:rFonts w:ascii="Calibri" w:hAnsi="Calibri" w:cs="Calibri"/>
        </w:rPr>
        <w:t>Current Job Title:</w:t>
      </w:r>
    </w:p>
    <w:p w14:paraId="412A1B57" w14:textId="6B365774" w:rsidR="007C612B" w:rsidRPr="00076612" w:rsidRDefault="00000000" w:rsidP="007C612B">
      <w:pPr>
        <w:ind w:left="-851" w:right="-858"/>
        <w:jc w:val="both"/>
        <w:rPr>
          <w:rFonts w:ascii="Calibri" w:hAnsi="Calibri" w:cs="Calibri"/>
        </w:rPr>
      </w:pPr>
      <w:r w:rsidRPr="00076612">
        <w:rPr>
          <w:rFonts w:ascii="Calibri" w:hAnsi="Calibri" w:cs="Calibri"/>
        </w:rPr>
        <w:t>Institution / Trust / Hospital:</w:t>
      </w:r>
    </w:p>
    <w:p w14:paraId="2D5B71F0" w14:textId="1EC5F148" w:rsidR="007C612B" w:rsidRPr="00076612" w:rsidRDefault="00000000" w:rsidP="007C612B">
      <w:pPr>
        <w:ind w:left="-851" w:right="-858"/>
        <w:jc w:val="both"/>
        <w:rPr>
          <w:rFonts w:ascii="Calibri" w:hAnsi="Calibri" w:cs="Calibri"/>
        </w:rPr>
      </w:pPr>
      <w:r w:rsidRPr="00076612">
        <w:rPr>
          <w:rFonts w:ascii="Calibri" w:hAnsi="Calibri" w:cs="Calibri"/>
        </w:rPr>
        <w:t>Department / Unit:</w:t>
      </w:r>
    </w:p>
    <w:p w14:paraId="0E0725F4" w14:textId="2AC61F77" w:rsidR="007C612B" w:rsidRPr="00076612" w:rsidRDefault="00000000" w:rsidP="007C612B">
      <w:pPr>
        <w:ind w:left="-851" w:right="-858"/>
        <w:jc w:val="both"/>
        <w:rPr>
          <w:rFonts w:ascii="Calibri" w:hAnsi="Calibri" w:cs="Calibri"/>
        </w:rPr>
      </w:pPr>
      <w:r w:rsidRPr="00076612">
        <w:rPr>
          <w:rFonts w:ascii="Calibri" w:hAnsi="Calibri" w:cs="Calibri"/>
        </w:rPr>
        <w:t>Work Address:</w:t>
      </w:r>
    </w:p>
    <w:p w14:paraId="456D7E4F" w14:textId="4FF5C828" w:rsidR="007C612B" w:rsidRPr="00076612" w:rsidRDefault="00000000" w:rsidP="007C612B">
      <w:pPr>
        <w:ind w:left="-851" w:right="-858"/>
        <w:jc w:val="both"/>
        <w:rPr>
          <w:rFonts w:ascii="Calibri" w:hAnsi="Calibri" w:cs="Calibri"/>
        </w:rPr>
      </w:pPr>
      <w:r w:rsidRPr="00076612">
        <w:rPr>
          <w:rFonts w:ascii="Calibri" w:hAnsi="Calibri" w:cs="Calibri"/>
        </w:rPr>
        <w:t>Email Address:</w:t>
      </w:r>
    </w:p>
    <w:p w14:paraId="42340B89" w14:textId="1CCF6C70" w:rsidR="007C612B" w:rsidRPr="00076612" w:rsidRDefault="00000000" w:rsidP="00076612">
      <w:pPr>
        <w:ind w:left="-851" w:right="-858"/>
        <w:jc w:val="both"/>
        <w:rPr>
          <w:rFonts w:ascii="Calibri" w:hAnsi="Calibri" w:cs="Calibri"/>
        </w:rPr>
      </w:pPr>
      <w:r w:rsidRPr="00076612">
        <w:rPr>
          <w:rFonts w:ascii="Calibri" w:hAnsi="Calibri" w:cs="Calibri"/>
        </w:rPr>
        <w:t>Phone Number:</w:t>
      </w:r>
    </w:p>
    <w:p w14:paraId="7AFB7B00" w14:textId="14936E26" w:rsidR="00E72190" w:rsidRDefault="00000000" w:rsidP="007C612B">
      <w:pPr>
        <w:pStyle w:val="Heading2"/>
        <w:ind w:left="-851" w:right="-858"/>
        <w:jc w:val="both"/>
        <w:rPr>
          <w:color w:val="C00000"/>
        </w:rPr>
      </w:pPr>
      <w:r w:rsidRPr="007C612B">
        <w:rPr>
          <w:color w:val="C00000"/>
        </w:rPr>
        <w:lastRenderedPageBreak/>
        <w:t>SECTION 2: EVENT DETAILS</w:t>
      </w:r>
    </w:p>
    <w:p w14:paraId="2C0545A9" w14:textId="77777777" w:rsidR="007C612B" w:rsidRPr="007C612B" w:rsidRDefault="007C612B" w:rsidP="007C612B"/>
    <w:p w14:paraId="12432F23" w14:textId="61AB6CF8" w:rsidR="007C612B" w:rsidRPr="00076612" w:rsidRDefault="00000000" w:rsidP="007C612B">
      <w:pPr>
        <w:ind w:left="-851" w:right="-858"/>
        <w:jc w:val="both"/>
        <w:rPr>
          <w:rFonts w:asciiTheme="majorHAnsi" w:hAnsiTheme="majorHAnsi" w:cstheme="majorHAnsi"/>
        </w:rPr>
      </w:pPr>
      <w:r w:rsidRPr="00076612">
        <w:rPr>
          <w:rFonts w:asciiTheme="majorHAnsi" w:hAnsiTheme="majorHAnsi" w:cstheme="majorHAnsi"/>
        </w:rPr>
        <w:t>Name of Conference / Meeting / Workshop:</w:t>
      </w:r>
    </w:p>
    <w:p w14:paraId="1A62ACB6" w14:textId="08805D02" w:rsidR="007C612B" w:rsidRPr="00076612" w:rsidRDefault="007C612B" w:rsidP="007C612B">
      <w:pPr>
        <w:ind w:left="-851" w:right="-858"/>
        <w:jc w:val="both"/>
        <w:rPr>
          <w:rFonts w:asciiTheme="majorHAnsi" w:hAnsiTheme="majorHAnsi" w:cstheme="majorHAnsi"/>
        </w:rPr>
      </w:pPr>
      <w:r w:rsidRPr="00076612">
        <w:rPr>
          <w:rFonts w:asciiTheme="majorHAnsi" w:hAnsiTheme="majorHAnsi" w:cstheme="majorHAnsi"/>
        </w:rPr>
        <w:t>Organizing Body:</w:t>
      </w:r>
    </w:p>
    <w:p w14:paraId="4CDA70F7" w14:textId="3F7CD351" w:rsidR="007C612B" w:rsidRPr="00076612" w:rsidRDefault="00000000" w:rsidP="007C612B">
      <w:pPr>
        <w:ind w:left="-851" w:right="-858"/>
        <w:jc w:val="both"/>
        <w:rPr>
          <w:rFonts w:asciiTheme="majorHAnsi" w:hAnsiTheme="majorHAnsi" w:cstheme="majorHAnsi"/>
        </w:rPr>
      </w:pPr>
      <w:r w:rsidRPr="00076612">
        <w:rPr>
          <w:rFonts w:asciiTheme="majorHAnsi" w:hAnsiTheme="majorHAnsi" w:cstheme="majorHAnsi"/>
        </w:rPr>
        <w:t>Date(s) of Event:</w:t>
      </w:r>
    </w:p>
    <w:p w14:paraId="128FE590" w14:textId="32C3B01B" w:rsidR="007C612B" w:rsidRPr="00076612" w:rsidRDefault="00000000" w:rsidP="007C612B">
      <w:pPr>
        <w:ind w:left="-851" w:right="-858"/>
        <w:jc w:val="both"/>
        <w:rPr>
          <w:rFonts w:asciiTheme="majorHAnsi" w:hAnsiTheme="majorHAnsi" w:cstheme="majorHAnsi"/>
        </w:rPr>
      </w:pPr>
      <w:r w:rsidRPr="00076612">
        <w:rPr>
          <w:rFonts w:asciiTheme="majorHAnsi" w:hAnsiTheme="majorHAnsi" w:cstheme="majorHAnsi"/>
        </w:rPr>
        <w:t>Location (City, Country):</w:t>
      </w:r>
    </w:p>
    <w:p w14:paraId="38EF5B24" w14:textId="257D70D1" w:rsidR="007C612B" w:rsidRPr="00076612" w:rsidRDefault="00000000" w:rsidP="007C612B">
      <w:pPr>
        <w:ind w:left="-851" w:right="-858"/>
        <w:jc w:val="both"/>
        <w:rPr>
          <w:rFonts w:asciiTheme="majorHAnsi" w:hAnsiTheme="majorHAnsi" w:cstheme="majorHAnsi"/>
        </w:rPr>
      </w:pPr>
      <w:r w:rsidRPr="00076612">
        <w:rPr>
          <w:rFonts w:asciiTheme="majorHAnsi" w:hAnsiTheme="majorHAnsi" w:cstheme="majorHAnsi"/>
        </w:rPr>
        <w:t>Are you presenting at the event? (Yes</w:t>
      </w:r>
      <w:r w:rsidR="00076612" w:rsidRPr="00076612">
        <w:rPr>
          <w:rFonts w:asciiTheme="majorHAnsi" w:hAnsiTheme="majorHAnsi" w:cstheme="majorHAnsi"/>
        </w:rPr>
        <w:t>*</w:t>
      </w:r>
      <w:r w:rsidRPr="00076612">
        <w:rPr>
          <w:rFonts w:asciiTheme="majorHAnsi" w:hAnsiTheme="majorHAnsi" w:cstheme="majorHAnsi"/>
        </w:rPr>
        <w:t>/No):</w:t>
      </w:r>
    </w:p>
    <w:p w14:paraId="3FC8A2F9" w14:textId="585DD04D" w:rsidR="007C612B" w:rsidRPr="00076612" w:rsidRDefault="00076612" w:rsidP="007C612B">
      <w:pPr>
        <w:ind w:left="-851" w:right="-858"/>
        <w:jc w:val="both"/>
        <w:rPr>
          <w:rFonts w:asciiTheme="majorHAnsi" w:hAnsiTheme="majorHAnsi" w:cstheme="majorHAnsi"/>
          <w:i/>
          <w:iCs/>
        </w:rPr>
      </w:pPr>
      <w:r w:rsidRPr="00076612">
        <w:rPr>
          <w:rFonts w:asciiTheme="majorHAnsi" w:hAnsiTheme="majorHAnsi" w:cstheme="majorHAnsi"/>
          <w:i/>
          <w:iCs/>
        </w:rPr>
        <w:t>*</w:t>
      </w:r>
      <w:r w:rsidR="00000000" w:rsidRPr="00076612">
        <w:rPr>
          <w:rFonts w:asciiTheme="majorHAnsi" w:hAnsiTheme="majorHAnsi" w:cstheme="majorHAnsi"/>
          <w:i/>
          <w:iCs/>
        </w:rPr>
        <w:t>If yes, please attach a copy of your abstract and acceptance letter.</w:t>
      </w:r>
    </w:p>
    <w:p w14:paraId="03048E63" w14:textId="2178BE0F" w:rsidR="007C612B" w:rsidRPr="00076612" w:rsidRDefault="00000000" w:rsidP="007C612B">
      <w:pPr>
        <w:ind w:left="-851" w:right="-858"/>
        <w:jc w:val="both"/>
        <w:rPr>
          <w:rFonts w:asciiTheme="majorHAnsi" w:hAnsiTheme="majorHAnsi" w:cstheme="majorHAnsi"/>
        </w:rPr>
      </w:pPr>
      <w:r w:rsidRPr="00076612">
        <w:rPr>
          <w:rFonts w:asciiTheme="majorHAnsi" w:hAnsiTheme="majorHAnsi" w:cstheme="majorHAnsi"/>
        </w:rPr>
        <w:t>Title of Presentation / Poster (if applicable):</w:t>
      </w:r>
    </w:p>
    <w:p w14:paraId="6AE9B283" w14:textId="77777777" w:rsidR="007C612B" w:rsidRPr="007C612B" w:rsidRDefault="007C612B" w:rsidP="007C612B"/>
    <w:p w14:paraId="7801C2C4" w14:textId="0F2113E2" w:rsidR="00E72190" w:rsidRPr="007C612B" w:rsidRDefault="00000000" w:rsidP="007C612B">
      <w:pPr>
        <w:pStyle w:val="Heading2"/>
        <w:ind w:left="-851" w:right="-858"/>
        <w:jc w:val="both"/>
        <w:rPr>
          <w:color w:val="C00000"/>
        </w:rPr>
      </w:pPr>
      <w:r w:rsidRPr="007C612B">
        <w:rPr>
          <w:color w:val="C00000"/>
        </w:rPr>
        <w:t>SECTION 3: FUNDING REQUEST</w:t>
      </w:r>
    </w:p>
    <w:p w14:paraId="35D2DB43" w14:textId="77777777" w:rsidR="007C612B" w:rsidRDefault="007C612B" w:rsidP="007C612B">
      <w:pPr>
        <w:ind w:left="-851" w:right="-858"/>
        <w:jc w:val="both"/>
      </w:pPr>
    </w:p>
    <w:p w14:paraId="7699E47E" w14:textId="60D711CD" w:rsidR="00E72190" w:rsidRPr="00076612" w:rsidRDefault="00000000" w:rsidP="007C612B">
      <w:pPr>
        <w:ind w:left="-851" w:right="-858"/>
        <w:jc w:val="both"/>
        <w:rPr>
          <w:rFonts w:ascii="Calibri" w:hAnsi="Calibri" w:cs="Calibri"/>
        </w:rPr>
      </w:pPr>
      <w:r w:rsidRPr="00076612">
        <w:rPr>
          <w:rFonts w:ascii="Calibri" w:hAnsi="Calibri" w:cs="Calibri"/>
        </w:rPr>
        <w:t>Estimated Costs:</w:t>
      </w:r>
    </w:p>
    <w:p w14:paraId="0AEB6AFA" w14:textId="1F768877" w:rsidR="007C612B" w:rsidRPr="00076612" w:rsidRDefault="00000000" w:rsidP="00076612">
      <w:pPr>
        <w:pStyle w:val="ListParagraph"/>
        <w:numPr>
          <w:ilvl w:val="0"/>
          <w:numId w:val="10"/>
        </w:numPr>
        <w:ind w:left="-289" w:right="-856" w:hanging="357"/>
        <w:jc w:val="both"/>
        <w:rPr>
          <w:rFonts w:ascii="Calibri" w:hAnsi="Calibri" w:cs="Calibri"/>
        </w:rPr>
      </w:pPr>
      <w:r w:rsidRPr="00076612">
        <w:rPr>
          <w:rFonts w:ascii="Calibri" w:hAnsi="Calibri" w:cs="Calibri"/>
        </w:rPr>
        <w:t xml:space="preserve">Registration Fee: </w:t>
      </w:r>
      <w:r w:rsidR="00076612">
        <w:rPr>
          <w:rFonts w:ascii="Calibri" w:hAnsi="Calibri" w:cs="Calibri"/>
        </w:rPr>
        <w:tab/>
      </w:r>
      <w:r w:rsidR="00076612">
        <w:rPr>
          <w:rFonts w:ascii="Calibri" w:hAnsi="Calibri" w:cs="Calibri"/>
        </w:rPr>
        <w:tab/>
      </w:r>
      <w:r w:rsidRPr="00076612">
        <w:rPr>
          <w:rFonts w:ascii="Calibri" w:hAnsi="Calibri" w:cs="Calibri"/>
        </w:rPr>
        <w:t>£________</w:t>
      </w:r>
    </w:p>
    <w:p w14:paraId="05339C0F" w14:textId="05244B9E" w:rsidR="007C612B" w:rsidRPr="00076612" w:rsidRDefault="00000000" w:rsidP="00076612">
      <w:pPr>
        <w:pStyle w:val="ListParagraph"/>
        <w:numPr>
          <w:ilvl w:val="0"/>
          <w:numId w:val="10"/>
        </w:numPr>
        <w:ind w:left="-289" w:right="-856" w:hanging="357"/>
        <w:jc w:val="both"/>
        <w:rPr>
          <w:rFonts w:ascii="Calibri" w:hAnsi="Calibri" w:cs="Calibri"/>
        </w:rPr>
      </w:pPr>
      <w:r w:rsidRPr="00076612">
        <w:rPr>
          <w:rFonts w:ascii="Calibri" w:hAnsi="Calibri" w:cs="Calibri"/>
        </w:rPr>
        <w:t>Travel</w:t>
      </w:r>
      <w:r w:rsidR="00076612">
        <w:rPr>
          <w:rFonts w:ascii="Calibri" w:hAnsi="Calibri" w:cs="Calibri"/>
        </w:rPr>
        <w:t xml:space="preserve"> (please specify)</w:t>
      </w:r>
      <w:r w:rsidRPr="00076612">
        <w:rPr>
          <w:rFonts w:ascii="Calibri" w:hAnsi="Calibri" w:cs="Calibri"/>
        </w:rPr>
        <w:t xml:space="preserve">: </w:t>
      </w:r>
      <w:r w:rsidR="00076612">
        <w:rPr>
          <w:rFonts w:ascii="Calibri" w:hAnsi="Calibri" w:cs="Calibri"/>
        </w:rPr>
        <w:tab/>
      </w:r>
      <w:r w:rsidR="00076612" w:rsidRPr="00076612">
        <w:rPr>
          <w:rFonts w:ascii="Calibri" w:hAnsi="Calibri" w:cs="Calibri"/>
        </w:rPr>
        <w:t>£________</w:t>
      </w:r>
    </w:p>
    <w:p w14:paraId="5F1E3394" w14:textId="78A89EA4" w:rsidR="007C612B" w:rsidRPr="00076612" w:rsidRDefault="00000000" w:rsidP="00076612">
      <w:pPr>
        <w:pStyle w:val="ListParagraph"/>
        <w:numPr>
          <w:ilvl w:val="0"/>
          <w:numId w:val="10"/>
        </w:numPr>
        <w:ind w:left="-289" w:right="-856" w:hanging="357"/>
        <w:jc w:val="both"/>
        <w:rPr>
          <w:rFonts w:ascii="Calibri" w:hAnsi="Calibri" w:cs="Calibri"/>
        </w:rPr>
      </w:pPr>
      <w:r w:rsidRPr="00076612">
        <w:rPr>
          <w:rFonts w:ascii="Calibri" w:hAnsi="Calibri" w:cs="Calibri"/>
        </w:rPr>
        <w:t xml:space="preserve">Accommodation: </w:t>
      </w:r>
      <w:r w:rsidR="00076612">
        <w:rPr>
          <w:rFonts w:ascii="Calibri" w:hAnsi="Calibri" w:cs="Calibri"/>
        </w:rPr>
        <w:tab/>
      </w:r>
      <w:r w:rsidR="00076612">
        <w:rPr>
          <w:rFonts w:ascii="Calibri" w:hAnsi="Calibri" w:cs="Calibri"/>
        </w:rPr>
        <w:tab/>
      </w:r>
      <w:r w:rsidR="00076612" w:rsidRPr="00076612">
        <w:rPr>
          <w:rFonts w:ascii="Calibri" w:hAnsi="Calibri" w:cs="Calibri"/>
        </w:rPr>
        <w:t>£________</w:t>
      </w:r>
    </w:p>
    <w:p w14:paraId="00EF3089" w14:textId="0D0157DD" w:rsidR="00076612" w:rsidRDefault="00000000" w:rsidP="00076612">
      <w:pPr>
        <w:pStyle w:val="ListParagraph"/>
        <w:numPr>
          <w:ilvl w:val="0"/>
          <w:numId w:val="10"/>
        </w:numPr>
        <w:ind w:left="-289" w:right="-856" w:hanging="357"/>
        <w:jc w:val="both"/>
        <w:rPr>
          <w:rFonts w:ascii="Calibri" w:hAnsi="Calibri" w:cs="Calibri"/>
        </w:rPr>
      </w:pPr>
      <w:r w:rsidRPr="00076612">
        <w:rPr>
          <w:rFonts w:ascii="Calibri" w:hAnsi="Calibri" w:cs="Calibri"/>
        </w:rPr>
        <w:t>Other (please specify):</w:t>
      </w:r>
      <w:r w:rsidR="00076612">
        <w:rPr>
          <w:rFonts w:ascii="Calibri" w:hAnsi="Calibri" w:cs="Calibri"/>
        </w:rPr>
        <w:tab/>
      </w:r>
      <w:r w:rsidR="00076612" w:rsidRPr="00076612">
        <w:rPr>
          <w:rFonts w:ascii="Calibri" w:hAnsi="Calibri" w:cs="Calibri"/>
        </w:rPr>
        <w:t>£________</w:t>
      </w:r>
    </w:p>
    <w:p w14:paraId="7E3613FD" w14:textId="77777777" w:rsidR="00076612" w:rsidRPr="00076612" w:rsidRDefault="00076612" w:rsidP="00076612">
      <w:pPr>
        <w:pStyle w:val="ListParagraph"/>
        <w:ind w:left="-289" w:right="-856"/>
        <w:jc w:val="both"/>
        <w:rPr>
          <w:rFonts w:ascii="Calibri" w:hAnsi="Calibri" w:cs="Calibri"/>
        </w:rPr>
      </w:pPr>
    </w:p>
    <w:p w14:paraId="325762EB" w14:textId="77777777" w:rsidR="007C612B" w:rsidRPr="00076612" w:rsidRDefault="007C612B" w:rsidP="007C612B">
      <w:pPr>
        <w:pStyle w:val="ListParagraph"/>
        <w:rPr>
          <w:rFonts w:ascii="Calibri" w:hAnsi="Calibri" w:cs="Calibri"/>
        </w:rPr>
      </w:pPr>
    </w:p>
    <w:p w14:paraId="0B8BF48A" w14:textId="591E485D" w:rsidR="00E72190" w:rsidRPr="00076612" w:rsidRDefault="007C612B" w:rsidP="007C612B">
      <w:pPr>
        <w:pStyle w:val="ListParagraph"/>
        <w:ind w:left="-851" w:right="-856"/>
        <w:jc w:val="both"/>
        <w:rPr>
          <w:rFonts w:ascii="Calibri" w:hAnsi="Calibri" w:cs="Calibri"/>
        </w:rPr>
      </w:pPr>
      <w:r w:rsidRPr="00076612">
        <w:rPr>
          <w:rFonts w:ascii="Calibri" w:hAnsi="Calibri" w:cs="Calibri"/>
        </w:rPr>
        <w:t xml:space="preserve"> Total Amount Requested from UKPS: £________</w:t>
      </w:r>
    </w:p>
    <w:p w14:paraId="5CF9E6C1" w14:textId="77777777" w:rsidR="00076612" w:rsidRPr="00076612" w:rsidRDefault="00076612" w:rsidP="007C612B">
      <w:pPr>
        <w:pStyle w:val="ListParagraph"/>
        <w:ind w:left="-851" w:right="-856"/>
        <w:jc w:val="both"/>
        <w:rPr>
          <w:rFonts w:ascii="Calibri" w:hAnsi="Calibri" w:cs="Calibri"/>
        </w:rPr>
      </w:pPr>
    </w:p>
    <w:p w14:paraId="0CB20A7B" w14:textId="48447316" w:rsidR="00076612" w:rsidRPr="00076612" w:rsidRDefault="00076612" w:rsidP="00076612">
      <w:pPr>
        <w:ind w:left="-709" w:right="-858"/>
        <w:jc w:val="center"/>
        <w:rPr>
          <w:rFonts w:ascii="Calibri" w:hAnsi="Calibri" w:cs="Calibri"/>
          <w:b/>
        </w:rPr>
      </w:pPr>
      <w:r w:rsidRPr="00076612">
        <w:rPr>
          <w:rFonts w:ascii="Calibri" w:hAnsi="Calibri" w:cs="Calibri"/>
          <w:b/>
        </w:rPr>
        <w:t>Have you applied for or secured funding from other sources for this event?</w:t>
      </w:r>
      <w:r w:rsidRPr="00076612">
        <w:rPr>
          <w:rFonts w:ascii="Calibri" w:hAnsi="Calibri" w:cs="Calibri"/>
          <w:b/>
        </w:rPr>
        <w:t xml:space="preserve"> Yes*/No</w:t>
      </w:r>
    </w:p>
    <w:p w14:paraId="447B0923" w14:textId="6BCA357D" w:rsidR="00076612" w:rsidRPr="00076612" w:rsidRDefault="00076612" w:rsidP="00076612">
      <w:pPr>
        <w:ind w:left="-709" w:right="-858"/>
        <w:rPr>
          <w:rFonts w:ascii="Calibri" w:hAnsi="Calibri" w:cs="Calibri"/>
          <w:bCs/>
        </w:rPr>
      </w:pPr>
      <w:r w:rsidRPr="00076612">
        <w:rPr>
          <w:rFonts w:ascii="Calibri" w:hAnsi="Calibri" w:cs="Calibri"/>
          <w:bCs/>
        </w:rPr>
        <w:t>*</w:t>
      </w:r>
      <w:r w:rsidRPr="00076612">
        <w:rPr>
          <w:rFonts w:ascii="Calibri" w:hAnsi="Calibri" w:cs="Calibri"/>
          <w:bCs/>
        </w:rPr>
        <w:t>If yes, please provide details:</w:t>
      </w:r>
    </w:p>
    <w:p w14:paraId="609DD3C4" w14:textId="77777777" w:rsidR="00076612" w:rsidRPr="00076612" w:rsidRDefault="00076612" w:rsidP="00076612"/>
    <w:p w14:paraId="5EC355AC" w14:textId="0453504F" w:rsidR="00E72190" w:rsidRPr="007C612B" w:rsidRDefault="00000000" w:rsidP="007C612B">
      <w:pPr>
        <w:pStyle w:val="Heading2"/>
        <w:ind w:left="-851" w:right="-858"/>
        <w:jc w:val="both"/>
        <w:rPr>
          <w:color w:val="C00000"/>
        </w:rPr>
      </w:pPr>
      <w:r w:rsidRPr="007C612B">
        <w:rPr>
          <w:color w:val="C00000"/>
        </w:rPr>
        <w:t>SECTION 4: SUPPORTING INFORMATION</w:t>
      </w:r>
    </w:p>
    <w:p w14:paraId="513837A1" w14:textId="722435D2" w:rsidR="007C612B" w:rsidRPr="00076612" w:rsidRDefault="00000000" w:rsidP="007C612B">
      <w:pPr>
        <w:ind w:left="-851" w:right="-858"/>
        <w:rPr>
          <w:rFonts w:ascii="Calibri" w:hAnsi="Calibri" w:cs="Calibri"/>
        </w:rPr>
      </w:pPr>
      <w:r w:rsidRPr="00076612">
        <w:rPr>
          <w:rFonts w:ascii="Calibri" w:hAnsi="Calibri" w:cs="Calibri"/>
        </w:rPr>
        <w:t>Please briefly describe</w:t>
      </w:r>
      <w:r w:rsidR="007C612B" w:rsidRPr="00076612">
        <w:rPr>
          <w:rFonts w:ascii="Calibri" w:hAnsi="Calibri" w:cs="Calibri"/>
        </w:rPr>
        <w:t xml:space="preserve"> (250 words</w:t>
      </w:r>
      <w:r w:rsidR="00076612">
        <w:rPr>
          <w:rFonts w:ascii="Calibri" w:hAnsi="Calibri" w:cs="Calibri"/>
        </w:rPr>
        <w:t xml:space="preserve">/section </w:t>
      </w:r>
      <w:r w:rsidR="007C612B" w:rsidRPr="00076612">
        <w:rPr>
          <w:rFonts w:ascii="Calibri" w:hAnsi="Calibri" w:cs="Calibri"/>
        </w:rPr>
        <w:t>max)</w:t>
      </w:r>
      <w:r w:rsidRPr="00076612">
        <w:rPr>
          <w:rFonts w:ascii="Calibri" w:hAnsi="Calibri" w:cs="Calibri"/>
        </w:rPr>
        <w:t>:</w:t>
      </w:r>
      <w:r w:rsidRPr="00076612">
        <w:rPr>
          <w:rFonts w:ascii="Calibri" w:hAnsi="Calibri" w:cs="Calibri"/>
        </w:rPr>
        <w:br/>
        <w:t>- The purpose of your attendance</w:t>
      </w:r>
    </w:p>
    <w:p w14:paraId="463D740E" w14:textId="77777777" w:rsidR="00076612" w:rsidRDefault="00076612" w:rsidP="00076612">
      <w:pPr>
        <w:ind w:right="-858"/>
        <w:rPr>
          <w:rFonts w:ascii="Calibri" w:hAnsi="Calibri" w:cs="Calibri"/>
        </w:rPr>
      </w:pPr>
    </w:p>
    <w:p w14:paraId="0298F781" w14:textId="77777777" w:rsidR="00076612" w:rsidRPr="00076612" w:rsidRDefault="00076612" w:rsidP="00076612">
      <w:pPr>
        <w:ind w:right="-858"/>
        <w:rPr>
          <w:rFonts w:ascii="Calibri" w:hAnsi="Calibri" w:cs="Calibri"/>
        </w:rPr>
      </w:pPr>
    </w:p>
    <w:p w14:paraId="34AD7617" w14:textId="77777777" w:rsidR="00076612" w:rsidRPr="00076612" w:rsidRDefault="00000000" w:rsidP="00076612">
      <w:pPr>
        <w:ind w:left="-851" w:right="-858"/>
        <w:rPr>
          <w:rFonts w:ascii="Calibri" w:hAnsi="Calibri" w:cs="Calibri"/>
        </w:rPr>
      </w:pPr>
      <w:r w:rsidRPr="00076612">
        <w:rPr>
          <w:rFonts w:ascii="Calibri" w:hAnsi="Calibri" w:cs="Calibri"/>
        </w:rPr>
        <w:lastRenderedPageBreak/>
        <w:br/>
        <w:t>- How this event aligns with your professional development</w:t>
      </w:r>
      <w:r w:rsidR="007C612B" w:rsidRPr="00076612">
        <w:rPr>
          <w:rFonts w:ascii="Calibri" w:hAnsi="Calibri" w:cs="Calibri"/>
        </w:rPr>
        <w:t xml:space="preserve"> or career goals</w:t>
      </w:r>
    </w:p>
    <w:p w14:paraId="4ECEB1E8" w14:textId="77777777" w:rsidR="00076612" w:rsidRDefault="00076612" w:rsidP="00076612">
      <w:pPr>
        <w:ind w:left="-851" w:right="-858"/>
      </w:pPr>
    </w:p>
    <w:p w14:paraId="7473CB6B" w14:textId="77777777" w:rsidR="00076612" w:rsidRDefault="00076612" w:rsidP="00076612">
      <w:pPr>
        <w:ind w:left="-851" w:right="-858"/>
      </w:pPr>
    </w:p>
    <w:p w14:paraId="3A4D018E" w14:textId="77777777" w:rsidR="00076612" w:rsidRDefault="00076612" w:rsidP="00076612">
      <w:pPr>
        <w:ind w:left="-851" w:right="-858"/>
      </w:pPr>
    </w:p>
    <w:p w14:paraId="18656C4B" w14:textId="77777777" w:rsidR="00076612" w:rsidRDefault="00076612" w:rsidP="00076612">
      <w:pPr>
        <w:ind w:left="-851" w:right="-858"/>
      </w:pPr>
    </w:p>
    <w:p w14:paraId="13796128" w14:textId="6A8C033F" w:rsidR="007C612B" w:rsidRDefault="00000000" w:rsidP="00076612">
      <w:pPr>
        <w:ind w:left="-851" w:right="-858"/>
        <w:rPr>
          <w:rFonts w:asciiTheme="majorHAnsi" w:hAnsiTheme="majorHAnsi" w:cstheme="majorHAnsi"/>
        </w:rPr>
      </w:pPr>
      <w:r w:rsidRPr="00076612">
        <w:rPr>
          <w:rFonts w:asciiTheme="majorHAnsi" w:hAnsiTheme="majorHAnsi" w:cstheme="majorHAnsi"/>
        </w:rPr>
        <w:t xml:space="preserve">- How </w:t>
      </w:r>
      <w:r w:rsidR="00076612" w:rsidRPr="00076612">
        <w:rPr>
          <w:rFonts w:asciiTheme="majorHAnsi" w:hAnsiTheme="majorHAnsi" w:cstheme="majorHAnsi"/>
        </w:rPr>
        <w:t>attendance</w:t>
      </w:r>
      <w:r w:rsidRPr="00076612">
        <w:rPr>
          <w:rFonts w:asciiTheme="majorHAnsi" w:hAnsiTheme="majorHAnsi" w:cstheme="majorHAnsi"/>
        </w:rPr>
        <w:t xml:space="preserve"> will benefit your clinical</w:t>
      </w:r>
      <w:r w:rsidR="00076612" w:rsidRPr="00076612">
        <w:rPr>
          <w:rFonts w:asciiTheme="majorHAnsi" w:hAnsiTheme="majorHAnsi" w:cstheme="majorHAnsi"/>
        </w:rPr>
        <w:t xml:space="preserve">, service development or </w:t>
      </w:r>
      <w:r w:rsidRPr="00076612">
        <w:rPr>
          <w:rFonts w:asciiTheme="majorHAnsi" w:hAnsiTheme="majorHAnsi" w:cstheme="majorHAnsi"/>
        </w:rPr>
        <w:t>research work in photopheresis</w:t>
      </w:r>
      <w:r w:rsidRPr="00076612">
        <w:rPr>
          <w:rFonts w:asciiTheme="majorHAnsi" w:hAnsiTheme="majorHAnsi" w:cstheme="majorHAnsi"/>
        </w:rPr>
        <w:br/>
      </w:r>
    </w:p>
    <w:p w14:paraId="7922499D" w14:textId="77777777" w:rsidR="00076612" w:rsidRDefault="00076612" w:rsidP="00076612">
      <w:pPr>
        <w:ind w:left="-851" w:right="-858"/>
        <w:rPr>
          <w:rFonts w:asciiTheme="majorHAnsi" w:hAnsiTheme="majorHAnsi" w:cstheme="majorHAnsi"/>
        </w:rPr>
      </w:pPr>
    </w:p>
    <w:p w14:paraId="687637EE" w14:textId="77777777" w:rsidR="00076612" w:rsidRDefault="00076612" w:rsidP="00076612">
      <w:pPr>
        <w:ind w:left="-851" w:right="-858"/>
        <w:rPr>
          <w:rFonts w:asciiTheme="majorHAnsi" w:hAnsiTheme="majorHAnsi" w:cstheme="majorHAnsi"/>
        </w:rPr>
      </w:pPr>
    </w:p>
    <w:p w14:paraId="209C620A" w14:textId="77777777" w:rsidR="00076612" w:rsidRDefault="00076612" w:rsidP="00076612">
      <w:pPr>
        <w:ind w:left="-851" w:right="-858"/>
        <w:rPr>
          <w:rFonts w:asciiTheme="majorHAnsi" w:hAnsiTheme="majorHAnsi" w:cstheme="majorHAnsi"/>
        </w:rPr>
      </w:pPr>
    </w:p>
    <w:p w14:paraId="42B47A42" w14:textId="77777777" w:rsidR="00076612" w:rsidRPr="00076612" w:rsidRDefault="00076612" w:rsidP="00076612">
      <w:pPr>
        <w:ind w:left="-851" w:right="-858"/>
        <w:rPr>
          <w:rFonts w:asciiTheme="majorHAnsi" w:hAnsiTheme="majorHAnsi" w:cstheme="majorHAnsi"/>
        </w:rPr>
      </w:pPr>
    </w:p>
    <w:p w14:paraId="22FD01C5" w14:textId="0CFE5116" w:rsidR="00E72190" w:rsidRDefault="00000000" w:rsidP="007C612B">
      <w:pPr>
        <w:pStyle w:val="Heading2"/>
        <w:ind w:left="-851" w:right="-858"/>
        <w:jc w:val="both"/>
        <w:rPr>
          <w:color w:val="C00000"/>
        </w:rPr>
      </w:pPr>
      <w:r w:rsidRPr="007C612B">
        <w:rPr>
          <w:color w:val="C00000"/>
        </w:rPr>
        <w:t>SECTION 5: DECLARATION</w:t>
      </w:r>
    </w:p>
    <w:p w14:paraId="1F22EC80" w14:textId="77777777" w:rsidR="00076612" w:rsidRPr="00076612" w:rsidRDefault="00076612" w:rsidP="00076612">
      <w:pPr>
        <w:rPr>
          <w:rFonts w:asciiTheme="majorHAnsi" w:hAnsiTheme="majorHAnsi" w:cstheme="majorHAnsi"/>
        </w:rPr>
      </w:pPr>
    </w:p>
    <w:p w14:paraId="5F399837" w14:textId="77777777" w:rsidR="00E72190" w:rsidRPr="00076612" w:rsidRDefault="00000000" w:rsidP="007C612B">
      <w:pPr>
        <w:ind w:left="-851" w:right="-858"/>
        <w:jc w:val="both"/>
        <w:rPr>
          <w:rFonts w:asciiTheme="majorHAnsi" w:hAnsiTheme="majorHAnsi" w:cstheme="majorHAnsi"/>
        </w:rPr>
      </w:pPr>
      <w:r w:rsidRPr="00076612">
        <w:rPr>
          <w:rFonts w:ascii="Segoe UI Symbol" w:hAnsi="Segoe UI Symbol" w:cs="Segoe UI Symbol"/>
        </w:rPr>
        <w:t>☐</w:t>
      </w:r>
      <w:r w:rsidRPr="00076612">
        <w:rPr>
          <w:rFonts w:asciiTheme="majorHAnsi" w:hAnsiTheme="majorHAnsi" w:cstheme="majorHAnsi"/>
        </w:rPr>
        <w:t xml:space="preserve"> I confirm that the information provided is accurate.</w:t>
      </w:r>
    </w:p>
    <w:p w14:paraId="3F9151EB" w14:textId="75693C70" w:rsidR="00E72190" w:rsidRPr="00076612" w:rsidRDefault="00000000" w:rsidP="007C612B">
      <w:pPr>
        <w:ind w:left="-851" w:right="-858"/>
        <w:jc w:val="both"/>
        <w:rPr>
          <w:rFonts w:asciiTheme="majorHAnsi" w:hAnsiTheme="majorHAnsi" w:cstheme="majorHAnsi"/>
        </w:rPr>
      </w:pPr>
      <w:r w:rsidRPr="00076612">
        <w:rPr>
          <w:rFonts w:ascii="Segoe UI Symbol" w:hAnsi="Segoe UI Symbol" w:cs="Segoe UI Symbol"/>
        </w:rPr>
        <w:t>☐</w:t>
      </w:r>
      <w:r w:rsidRPr="00076612">
        <w:rPr>
          <w:rFonts w:asciiTheme="majorHAnsi" w:hAnsiTheme="majorHAnsi" w:cstheme="majorHAnsi"/>
        </w:rPr>
        <w:t xml:space="preserve"> I agree to acknowledge the UK Photopheresis Society in any presentations</w:t>
      </w:r>
      <w:r w:rsidR="00076612" w:rsidRPr="00076612">
        <w:rPr>
          <w:rFonts w:asciiTheme="majorHAnsi" w:hAnsiTheme="majorHAnsi" w:cstheme="majorHAnsi"/>
        </w:rPr>
        <w:t>, publications</w:t>
      </w:r>
      <w:r w:rsidRPr="00076612">
        <w:rPr>
          <w:rFonts w:asciiTheme="majorHAnsi" w:hAnsiTheme="majorHAnsi" w:cstheme="majorHAnsi"/>
        </w:rPr>
        <w:t xml:space="preserve"> or posters supported by this grant.</w:t>
      </w:r>
    </w:p>
    <w:p w14:paraId="45007957" w14:textId="171B5D91" w:rsidR="00E72190" w:rsidRPr="00076612" w:rsidRDefault="00000000" w:rsidP="007C612B">
      <w:pPr>
        <w:ind w:left="-851" w:right="-858"/>
        <w:jc w:val="both"/>
        <w:rPr>
          <w:rFonts w:asciiTheme="majorHAnsi" w:hAnsiTheme="majorHAnsi" w:cstheme="majorHAnsi"/>
        </w:rPr>
      </w:pPr>
      <w:r w:rsidRPr="00076612">
        <w:rPr>
          <w:rFonts w:ascii="Segoe UI Symbol" w:hAnsi="Segoe UI Symbol" w:cs="Segoe UI Symbol"/>
        </w:rPr>
        <w:t>☐</w:t>
      </w:r>
      <w:r w:rsidRPr="00076612">
        <w:rPr>
          <w:rFonts w:asciiTheme="majorHAnsi" w:hAnsiTheme="majorHAnsi" w:cstheme="majorHAnsi"/>
        </w:rPr>
        <w:t xml:space="preserve"> I agree to provide a </w:t>
      </w:r>
      <w:proofErr w:type="gramStart"/>
      <w:r w:rsidRPr="00076612">
        <w:rPr>
          <w:rFonts w:asciiTheme="majorHAnsi" w:hAnsiTheme="majorHAnsi" w:cstheme="majorHAnsi"/>
        </w:rPr>
        <w:t>short written</w:t>
      </w:r>
      <w:proofErr w:type="gramEnd"/>
      <w:r w:rsidRPr="00076612">
        <w:rPr>
          <w:rFonts w:asciiTheme="majorHAnsi" w:hAnsiTheme="majorHAnsi" w:cstheme="majorHAnsi"/>
        </w:rPr>
        <w:t xml:space="preserve"> report (max 1 page) summarising key learning points and impact of attending the event within 4 weeks of return</w:t>
      </w:r>
      <w:r w:rsidR="007C612B" w:rsidRPr="00076612">
        <w:rPr>
          <w:rFonts w:asciiTheme="majorHAnsi" w:hAnsiTheme="majorHAnsi" w:cstheme="majorHAnsi"/>
        </w:rPr>
        <w:t>.</w:t>
      </w:r>
    </w:p>
    <w:p w14:paraId="3E3BD7B2" w14:textId="2F62E36E" w:rsidR="00E72190" w:rsidRPr="00076612" w:rsidRDefault="00000000" w:rsidP="007C612B">
      <w:pPr>
        <w:ind w:left="-851" w:right="-858"/>
        <w:jc w:val="both"/>
        <w:rPr>
          <w:rFonts w:asciiTheme="majorHAnsi" w:hAnsiTheme="majorHAnsi" w:cstheme="majorHAnsi"/>
        </w:rPr>
      </w:pPr>
      <w:r w:rsidRPr="00076612">
        <w:rPr>
          <w:rFonts w:asciiTheme="majorHAnsi" w:hAnsiTheme="majorHAnsi" w:cstheme="majorHAnsi"/>
        </w:rPr>
        <w:br/>
        <w:t>Signature: ____________________________</w:t>
      </w:r>
      <w:r w:rsidR="00076612">
        <w:rPr>
          <w:rFonts w:asciiTheme="majorHAnsi" w:hAnsiTheme="majorHAnsi" w:cstheme="majorHAnsi"/>
        </w:rPr>
        <w:t>__</w:t>
      </w:r>
    </w:p>
    <w:p w14:paraId="18CEA062" w14:textId="30B19898" w:rsidR="00E72190" w:rsidRPr="00076612" w:rsidRDefault="00000000" w:rsidP="007C612B">
      <w:pPr>
        <w:ind w:left="-851" w:right="-858"/>
        <w:jc w:val="both"/>
        <w:rPr>
          <w:rFonts w:asciiTheme="majorHAnsi" w:hAnsiTheme="majorHAnsi" w:cstheme="majorHAnsi"/>
        </w:rPr>
      </w:pPr>
      <w:r w:rsidRPr="00076612">
        <w:rPr>
          <w:rFonts w:asciiTheme="majorHAnsi" w:hAnsiTheme="majorHAnsi" w:cstheme="majorHAnsi"/>
        </w:rPr>
        <w:t>Date: ___________________</w:t>
      </w:r>
      <w:r w:rsidR="00076612" w:rsidRPr="00076612">
        <w:rPr>
          <w:rFonts w:asciiTheme="majorHAnsi" w:hAnsiTheme="majorHAnsi" w:cstheme="majorHAnsi"/>
        </w:rPr>
        <w:t>_______________</w:t>
      </w:r>
    </w:p>
    <w:p w14:paraId="39849FCE" w14:textId="77777777" w:rsidR="00076612" w:rsidRDefault="00076612" w:rsidP="00076612">
      <w:pPr>
        <w:pStyle w:val="Heading2"/>
        <w:ind w:right="-858"/>
        <w:jc w:val="both"/>
      </w:pPr>
    </w:p>
    <w:p w14:paraId="49EB857A" w14:textId="1BD445C0" w:rsidR="00E72190" w:rsidRDefault="00000000" w:rsidP="007C612B">
      <w:pPr>
        <w:pStyle w:val="Heading2"/>
        <w:ind w:left="-851" w:right="-858"/>
        <w:jc w:val="both"/>
      </w:pPr>
      <w:r>
        <w:br/>
      </w:r>
      <w:r w:rsidRPr="007C612B">
        <w:rPr>
          <w:color w:val="C00000"/>
        </w:rPr>
        <w:t>Submission Instructions</w:t>
      </w:r>
    </w:p>
    <w:p w14:paraId="6B6C63CC" w14:textId="73FDFB7A" w:rsidR="00E72190" w:rsidRPr="00076612" w:rsidRDefault="00000000" w:rsidP="007C612B">
      <w:pPr>
        <w:ind w:left="-851" w:right="-858"/>
        <w:rPr>
          <w:rFonts w:asciiTheme="majorHAnsi" w:hAnsiTheme="majorHAnsi" w:cstheme="majorHAnsi"/>
        </w:rPr>
      </w:pPr>
      <w:r w:rsidRPr="00076612">
        <w:rPr>
          <w:rFonts w:asciiTheme="majorHAnsi" w:hAnsiTheme="majorHAnsi" w:cstheme="majorHAnsi"/>
        </w:rPr>
        <w:t>Please return the completed application form along with:</w:t>
      </w:r>
      <w:r w:rsidRPr="00076612">
        <w:rPr>
          <w:rFonts w:asciiTheme="majorHAnsi" w:hAnsiTheme="majorHAnsi" w:cstheme="majorHAnsi"/>
        </w:rPr>
        <w:br/>
        <w:t>- Abstract and acceptance (if presenting)</w:t>
      </w:r>
      <w:r w:rsidRPr="00076612">
        <w:rPr>
          <w:rFonts w:asciiTheme="majorHAnsi" w:hAnsiTheme="majorHAnsi" w:cstheme="majorHAnsi"/>
        </w:rPr>
        <w:br/>
        <w:t>- Breakdown of estimated costs</w:t>
      </w:r>
      <w:r w:rsidRPr="00076612">
        <w:rPr>
          <w:rFonts w:asciiTheme="majorHAnsi" w:hAnsiTheme="majorHAnsi" w:cstheme="majorHAnsi"/>
        </w:rPr>
        <w:br/>
        <w:t xml:space="preserve">- Supporting letter (optional) </w:t>
      </w:r>
    </w:p>
    <w:sectPr w:rsidR="00E72190" w:rsidRPr="00076612" w:rsidSect="007C612B">
      <w:headerReference w:type="default" r:id="rId9"/>
      <w:footerReference w:type="even" r:id="rId10"/>
      <w:footerReference w:type="default" r:id="rId11"/>
      <w:pgSz w:w="12240" w:h="15840"/>
      <w:pgMar w:top="1440" w:right="1800" w:bottom="1440" w:left="1800" w:header="720" w:footer="720" w:gutter="0"/>
      <w:pgBorders w:offsetFrom="page">
        <w:top w:val="single" w:sz="4" w:space="24" w:color="C00000"/>
        <w:left w:val="single" w:sz="4" w:space="24" w:color="C00000"/>
        <w:bottom w:val="single" w:sz="4" w:space="24" w:color="C00000"/>
        <w:right w:val="single" w:sz="4" w:space="24" w:color="C0000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2198F" w14:textId="77777777" w:rsidR="00A50F38" w:rsidRDefault="00A50F38" w:rsidP="00076612">
      <w:pPr>
        <w:spacing w:after="0" w:line="240" w:lineRule="auto"/>
      </w:pPr>
      <w:r>
        <w:separator/>
      </w:r>
    </w:p>
  </w:endnote>
  <w:endnote w:type="continuationSeparator" w:id="0">
    <w:p w14:paraId="69DD6C4B" w14:textId="77777777" w:rsidR="00A50F38" w:rsidRDefault="00A50F38" w:rsidP="000766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28365299"/>
      <w:docPartObj>
        <w:docPartGallery w:val="Page Numbers (Bottom of Page)"/>
        <w:docPartUnique/>
      </w:docPartObj>
    </w:sdtPr>
    <w:sdtContent>
      <w:p w14:paraId="227E798F" w14:textId="45724998" w:rsidR="00076612" w:rsidRDefault="00076612" w:rsidP="0046100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4358DE3" w14:textId="77777777" w:rsidR="00076612" w:rsidRDefault="000766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3873092"/>
      <w:docPartObj>
        <w:docPartGallery w:val="Page Numbers (Bottom of Page)"/>
        <w:docPartUnique/>
      </w:docPartObj>
    </w:sdtPr>
    <w:sdtContent>
      <w:p w14:paraId="372A81A7" w14:textId="6ACE5786" w:rsidR="00076612" w:rsidRDefault="00076612" w:rsidP="0046100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8189574" w14:textId="77777777" w:rsidR="00076612" w:rsidRDefault="000766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7AB964" w14:textId="77777777" w:rsidR="00A50F38" w:rsidRDefault="00A50F38" w:rsidP="00076612">
      <w:pPr>
        <w:spacing w:after="0" w:line="240" w:lineRule="auto"/>
      </w:pPr>
      <w:r>
        <w:separator/>
      </w:r>
    </w:p>
  </w:footnote>
  <w:footnote w:type="continuationSeparator" w:id="0">
    <w:p w14:paraId="1C56BA98" w14:textId="77777777" w:rsidR="00A50F38" w:rsidRDefault="00A50F38" w:rsidP="000766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D1959" w14:textId="77777777" w:rsidR="00076612" w:rsidRDefault="00076612">
    <w:pPr>
      <w:pStyle w:val="Header"/>
      <w:rPr>
        <w:lang w:val="en-GB"/>
      </w:rPr>
    </w:pPr>
  </w:p>
  <w:p w14:paraId="3360E2C8" w14:textId="77777777" w:rsidR="00076612" w:rsidRPr="00076612" w:rsidRDefault="00076612">
    <w:pPr>
      <w:pStyle w:val="Head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57E43FA"/>
    <w:multiLevelType w:val="hybridMultilevel"/>
    <w:tmpl w:val="47028B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71E7D1A"/>
    <w:multiLevelType w:val="hybridMultilevel"/>
    <w:tmpl w:val="492C830E"/>
    <w:lvl w:ilvl="0" w:tplc="08090001">
      <w:start w:val="1"/>
      <w:numFmt w:val="bullet"/>
      <w:lvlText w:val=""/>
      <w:lvlJc w:val="left"/>
      <w:pPr>
        <w:ind w:left="67" w:hanging="360"/>
      </w:pPr>
      <w:rPr>
        <w:rFonts w:ascii="Symbol" w:hAnsi="Symbol" w:hint="default"/>
      </w:rPr>
    </w:lvl>
    <w:lvl w:ilvl="1" w:tplc="08090003" w:tentative="1">
      <w:start w:val="1"/>
      <w:numFmt w:val="bullet"/>
      <w:lvlText w:val="o"/>
      <w:lvlJc w:val="left"/>
      <w:pPr>
        <w:ind w:left="787" w:hanging="360"/>
      </w:pPr>
      <w:rPr>
        <w:rFonts w:ascii="Courier New" w:hAnsi="Courier New" w:cs="Courier New" w:hint="default"/>
      </w:rPr>
    </w:lvl>
    <w:lvl w:ilvl="2" w:tplc="08090005" w:tentative="1">
      <w:start w:val="1"/>
      <w:numFmt w:val="bullet"/>
      <w:lvlText w:val=""/>
      <w:lvlJc w:val="left"/>
      <w:pPr>
        <w:ind w:left="1507" w:hanging="360"/>
      </w:pPr>
      <w:rPr>
        <w:rFonts w:ascii="Wingdings" w:hAnsi="Wingdings" w:hint="default"/>
      </w:rPr>
    </w:lvl>
    <w:lvl w:ilvl="3" w:tplc="08090001" w:tentative="1">
      <w:start w:val="1"/>
      <w:numFmt w:val="bullet"/>
      <w:lvlText w:val=""/>
      <w:lvlJc w:val="left"/>
      <w:pPr>
        <w:ind w:left="2227" w:hanging="360"/>
      </w:pPr>
      <w:rPr>
        <w:rFonts w:ascii="Symbol" w:hAnsi="Symbol" w:hint="default"/>
      </w:rPr>
    </w:lvl>
    <w:lvl w:ilvl="4" w:tplc="08090003" w:tentative="1">
      <w:start w:val="1"/>
      <w:numFmt w:val="bullet"/>
      <w:lvlText w:val="o"/>
      <w:lvlJc w:val="left"/>
      <w:pPr>
        <w:ind w:left="2947" w:hanging="360"/>
      </w:pPr>
      <w:rPr>
        <w:rFonts w:ascii="Courier New" w:hAnsi="Courier New" w:cs="Courier New" w:hint="default"/>
      </w:rPr>
    </w:lvl>
    <w:lvl w:ilvl="5" w:tplc="08090005" w:tentative="1">
      <w:start w:val="1"/>
      <w:numFmt w:val="bullet"/>
      <w:lvlText w:val=""/>
      <w:lvlJc w:val="left"/>
      <w:pPr>
        <w:ind w:left="3667" w:hanging="360"/>
      </w:pPr>
      <w:rPr>
        <w:rFonts w:ascii="Wingdings" w:hAnsi="Wingdings" w:hint="default"/>
      </w:rPr>
    </w:lvl>
    <w:lvl w:ilvl="6" w:tplc="08090001" w:tentative="1">
      <w:start w:val="1"/>
      <w:numFmt w:val="bullet"/>
      <w:lvlText w:val=""/>
      <w:lvlJc w:val="left"/>
      <w:pPr>
        <w:ind w:left="4387" w:hanging="360"/>
      </w:pPr>
      <w:rPr>
        <w:rFonts w:ascii="Symbol" w:hAnsi="Symbol" w:hint="default"/>
      </w:rPr>
    </w:lvl>
    <w:lvl w:ilvl="7" w:tplc="08090003" w:tentative="1">
      <w:start w:val="1"/>
      <w:numFmt w:val="bullet"/>
      <w:lvlText w:val="o"/>
      <w:lvlJc w:val="left"/>
      <w:pPr>
        <w:ind w:left="5107" w:hanging="360"/>
      </w:pPr>
      <w:rPr>
        <w:rFonts w:ascii="Courier New" w:hAnsi="Courier New" w:cs="Courier New" w:hint="default"/>
      </w:rPr>
    </w:lvl>
    <w:lvl w:ilvl="8" w:tplc="08090005" w:tentative="1">
      <w:start w:val="1"/>
      <w:numFmt w:val="bullet"/>
      <w:lvlText w:val=""/>
      <w:lvlJc w:val="left"/>
      <w:pPr>
        <w:ind w:left="5827" w:hanging="360"/>
      </w:pPr>
      <w:rPr>
        <w:rFonts w:ascii="Wingdings" w:hAnsi="Wingdings" w:hint="default"/>
      </w:rPr>
    </w:lvl>
  </w:abstractNum>
  <w:num w:numId="1" w16cid:durableId="240260034">
    <w:abstractNumId w:val="8"/>
  </w:num>
  <w:num w:numId="2" w16cid:durableId="2046127529">
    <w:abstractNumId w:val="6"/>
  </w:num>
  <w:num w:numId="3" w16cid:durableId="864824574">
    <w:abstractNumId w:val="5"/>
  </w:num>
  <w:num w:numId="4" w16cid:durableId="1300038927">
    <w:abstractNumId w:val="4"/>
  </w:num>
  <w:num w:numId="5" w16cid:durableId="995762509">
    <w:abstractNumId w:val="7"/>
  </w:num>
  <w:num w:numId="6" w16cid:durableId="1748068979">
    <w:abstractNumId w:val="3"/>
  </w:num>
  <w:num w:numId="7" w16cid:durableId="210308147">
    <w:abstractNumId w:val="2"/>
  </w:num>
  <w:num w:numId="8" w16cid:durableId="723914824">
    <w:abstractNumId w:val="1"/>
  </w:num>
  <w:num w:numId="9" w16cid:durableId="433552083">
    <w:abstractNumId w:val="0"/>
  </w:num>
  <w:num w:numId="10" w16cid:durableId="1577745474">
    <w:abstractNumId w:val="10"/>
  </w:num>
  <w:num w:numId="11" w16cid:durableId="12343115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76612"/>
    <w:rsid w:val="0015074B"/>
    <w:rsid w:val="0027655C"/>
    <w:rsid w:val="0029639D"/>
    <w:rsid w:val="00326F90"/>
    <w:rsid w:val="004E7A1B"/>
    <w:rsid w:val="007C612B"/>
    <w:rsid w:val="009212C3"/>
    <w:rsid w:val="00A50F38"/>
    <w:rsid w:val="00AA1D8D"/>
    <w:rsid w:val="00B47730"/>
    <w:rsid w:val="00BB4853"/>
    <w:rsid w:val="00CB0664"/>
    <w:rsid w:val="00E72190"/>
    <w:rsid w:val="00FC693F"/>
    <w:rsid w:val="00FE5F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4DC56A"/>
  <w14:defaultImageDpi w14:val="300"/>
  <w15:docId w15:val="{319F9494-D7E9-B04A-9887-5696AED46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0766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387</Words>
  <Characters>2210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Rachel Crossland</cp:lastModifiedBy>
  <cp:revision>5</cp:revision>
  <dcterms:created xsi:type="dcterms:W3CDTF">2026-04-28T08:52:00Z</dcterms:created>
  <dcterms:modified xsi:type="dcterms:W3CDTF">2026-04-28T08:53:00Z</dcterms:modified>
  <cp:category/>
</cp:coreProperties>
</file>